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7BB" w:rsidRDefault="009317BB" w:rsidP="00C35B7E">
      <w:pPr>
        <w:keepLines/>
        <w:rPr>
          <w:sz w:val="28"/>
          <w:szCs w:val="28"/>
        </w:rPr>
      </w:pPr>
      <w:bookmarkStart w:id="0" w:name="_GoBack"/>
      <w:bookmarkEnd w:id="0"/>
    </w:p>
    <w:p w:rsidR="00C35B7E" w:rsidRPr="009317BB" w:rsidRDefault="00C35B7E" w:rsidP="00C35B7E">
      <w:pPr>
        <w:keepLines/>
        <w:rPr>
          <w:sz w:val="24"/>
          <w:szCs w:val="24"/>
        </w:rPr>
      </w:pPr>
      <w:proofErr w:type="spellStart"/>
      <w:r w:rsidRPr="009317BB">
        <w:rPr>
          <w:color w:val="auto"/>
          <w:sz w:val="24"/>
          <w:szCs w:val="24"/>
        </w:rPr>
        <w:t>Вих</w:t>
      </w:r>
      <w:proofErr w:type="spellEnd"/>
      <w:r w:rsidRPr="009317BB">
        <w:rPr>
          <w:color w:val="auto"/>
          <w:sz w:val="24"/>
          <w:szCs w:val="24"/>
        </w:rPr>
        <w:t xml:space="preserve">. № </w:t>
      </w:r>
      <w:r w:rsidRPr="009317BB">
        <w:rPr>
          <w:color w:val="595959"/>
          <w:sz w:val="24"/>
          <w:szCs w:val="24"/>
        </w:rPr>
        <w:t>[номер листа]</w:t>
      </w:r>
      <w:r w:rsidRPr="009317BB">
        <w:rPr>
          <w:sz w:val="24"/>
          <w:szCs w:val="24"/>
        </w:rPr>
        <w:t xml:space="preserve"> </w:t>
      </w:r>
    </w:p>
    <w:p w:rsidR="00C35B7E" w:rsidRPr="009317BB" w:rsidRDefault="00C35B7E" w:rsidP="00C35B7E">
      <w:pPr>
        <w:keepLines/>
        <w:rPr>
          <w:sz w:val="24"/>
          <w:szCs w:val="24"/>
        </w:rPr>
      </w:pPr>
      <w:proofErr w:type="spellStart"/>
      <w:r w:rsidRPr="009317BB">
        <w:rPr>
          <w:sz w:val="24"/>
          <w:szCs w:val="24"/>
        </w:rPr>
        <w:t>від</w:t>
      </w:r>
      <w:proofErr w:type="spellEnd"/>
      <w:r w:rsidRPr="009317BB">
        <w:rPr>
          <w:sz w:val="24"/>
          <w:szCs w:val="24"/>
        </w:rPr>
        <w:t xml:space="preserve"> </w:t>
      </w:r>
      <w:r w:rsidRPr="009317BB">
        <w:rPr>
          <w:color w:val="595959"/>
          <w:sz w:val="24"/>
          <w:szCs w:val="24"/>
        </w:rPr>
        <w:t>[</w:t>
      </w:r>
      <w:proofErr w:type="spellStart"/>
      <w:r w:rsidRPr="009317BB">
        <w:rPr>
          <w:color w:val="595959"/>
          <w:sz w:val="24"/>
          <w:szCs w:val="24"/>
        </w:rPr>
        <w:t>дд.</w:t>
      </w:r>
      <w:proofErr w:type="gramStart"/>
      <w:r w:rsidRPr="009317BB">
        <w:rPr>
          <w:color w:val="595959"/>
          <w:sz w:val="24"/>
          <w:szCs w:val="24"/>
        </w:rPr>
        <w:t>мм.рррр</w:t>
      </w:r>
      <w:proofErr w:type="spellEnd"/>
      <w:proofErr w:type="gramEnd"/>
      <w:r w:rsidRPr="009317BB">
        <w:rPr>
          <w:color w:val="595959"/>
          <w:sz w:val="24"/>
          <w:szCs w:val="24"/>
        </w:rPr>
        <w:t>]</w:t>
      </w:r>
    </w:p>
    <w:p w:rsidR="00C35B7E" w:rsidRPr="009317BB" w:rsidRDefault="00C35B7E">
      <w:pPr>
        <w:keepLines/>
        <w:jc w:val="right"/>
        <w:rPr>
          <w:sz w:val="24"/>
          <w:szCs w:val="24"/>
        </w:rPr>
      </w:pPr>
    </w:p>
    <w:p w:rsidR="003849E1" w:rsidRPr="009317BB" w:rsidRDefault="00F871BE">
      <w:pPr>
        <w:keepLines/>
        <w:jc w:val="right"/>
        <w:rPr>
          <w:sz w:val="24"/>
          <w:szCs w:val="24"/>
        </w:rPr>
      </w:pPr>
      <w:r w:rsidRPr="009317BB">
        <w:rPr>
          <w:sz w:val="24"/>
          <w:szCs w:val="24"/>
        </w:rPr>
        <w:t>ДП «</w:t>
      </w:r>
      <w:proofErr w:type="spellStart"/>
      <w:r w:rsidRPr="009317BB">
        <w:rPr>
          <w:sz w:val="24"/>
          <w:szCs w:val="24"/>
        </w:rPr>
        <w:t>Державний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експертний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центр</w:t>
      </w:r>
      <w:proofErr w:type="spellEnd"/>
      <w:r w:rsidRPr="009317BB">
        <w:rPr>
          <w:sz w:val="24"/>
          <w:szCs w:val="24"/>
        </w:rPr>
        <w:t xml:space="preserve"> МОЗ України»</w:t>
      </w:r>
    </w:p>
    <w:p w:rsidR="00854A87" w:rsidRPr="009317BB" w:rsidRDefault="00854A87">
      <w:pPr>
        <w:keepLines/>
        <w:rPr>
          <w:sz w:val="24"/>
          <w:szCs w:val="24"/>
        </w:rPr>
      </w:pPr>
    </w:p>
    <w:p w:rsidR="003849E1" w:rsidRPr="009317BB" w:rsidRDefault="00F871BE">
      <w:pPr>
        <w:pStyle w:val="aa"/>
        <w:keepLines/>
        <w:jc w:val="center"/>
        <w:rPr>
          <w:sz w:val="24"/>
          <w:szCs w:val="24"/>
        </w:rPr>
      </w:pPr>
      <w:proofErr w:type="spellStart"/>
      <w:r w:rsidRPr="009317BB">
        <w:rPr>
          <w:sz w:val="24"/>
          <w:szCs w:val="24"/>
        </w:rPr>
        <w:t>Супровідний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лист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до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подання</w:t>
      </w:r>
      <w:proofErr w:type="spellEnd"/>
      <w:r w:rsidRPr="009317BB">
        <w:rPr>
          <w:sz w:val="24"/>
          <w:szCs w:val="24"/>
        </w:rPr>
        <w:t xml:space="preserve"> РОЗБ</w:t>
      </w:r>
    </w:p>
    <w:p w:rsidR="00C35B7E" w:rsidRPr="009317BB" w:rsidRDefault="00C35B7E" w:rsidP="00C35B7E">
      <w:pPr>
        <w:keepLines/>
        <w:jc w:val="both"/>
        <w:rPr>
          <w:sz w:val="24"/>
          <w:szCs w:val="24"/>
        </w:rPr>
      </w:pPr>
      <w:r w:rsidRPr="009317BB">
        <w:rPr>
          <w:color w:val="595959"/>
          <w:sz w:val="24"/>
          <w:szCs w:val="24"/>
        </w:rPr>
        <w:t>[</w:t>
      </w:r>
      <w:r w:rsidRPr="009317BB">
        <w:rPr>
          <w:i/>
          <w:color w:val="595959"/>
          <w:sz w:val="24"/>
          <w:szCs w:val="24"/>
          <w:lang w:val="uk-UA"/>
        </w:rPr>
        <w:t>П</w:t>
      </w:r>
      <w:proofErr w:type="spellStart"/>
      <w:r w:rsidRPr="009317BB">
        <w:rPr>
          <w:i/>
          <w:color w:val="595959"/>
          <w:sz w:val="24"/>
          <w:szCs w:val="24"/>
        </w:rPr>
        <w:t>овне</w:t>
      </w:r>
      <w:proofErr w:type="spellEnd"/>
      <w:r w:rsidRPr="009317BB">
        <w:rPr>
          <w:i/>
          <w:color w:val="595959"/>
          <w:sz w:val="24"/>
          <w:szCs w:val="24"/>
        </w:rPr>
        <w:t xml:space="preserve"> </w:t>
      </w:r>
      <w:proofErr w:type="spellStart"/>
      <w:r w:rsidRPr="009317BB">
        <w:rPr>
          <w:i/>
          <w:color w:val="595959"/>
          <w:sz w:val="24"/>
          <w:szCs w:val="24"/>
        </w:rPr>
        <w:t>найменування</w:t>
      </w:r>
      <w:proofErr w:type="spellEnd"/>
      <w:r w:rsidRPr="009317BB">
        <w:rPr>
          <w:i/>
          <w:color w:val="595959"/>
          <w:sz w:val="24"/>
          <w:szCs w:val="24"/>
        </w:rPr>
        <w:t xml:space="preserve"> </w:t>
      </w:r>
      <w:r w:rsidRPr="009317BB">
        <w:rPr>
          <w:i/>
          <w:color w:val="595959"/>
          <w:sz w:val="24"/>
          <w:szCs w:val="24"/>
          <w:lang w:val="uk-UA"/>
        </w:rPr>
        <w:t>заявника/представника заявника</w:t>
      </w:r>
      <w:r w:rsidRPr="009317BB">
        <w:rPr>
          <w:color w:val="595959"/>
          <w:sz w:val="24"/>
          <w:szCs w:val="24"/>
        </w:rPr>
        <w:t>]</w:t>
      </w:r>
      <w:r w:rsidRPr="009317BB">
        <w:rPr>
          <w:sz w:val="24"/>
          <w:szCs w:val="24"/>
        </w:rPr>
        <w:t xml:space="preserve">, </w:t>
      </w:r>
      <w:proofErr w:type="spellStart"/>
      <w:r w:rsidRPr="009317BB">
        <w:rPr>
          <w:sz w:val="24"/>
          <w:szCs w:val="24"/>
        </w:rPr>
        <w:t>відповідно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до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вимог</w:t>
      </w:r>
      <w:proofErr w:type="spellEnd"/>
      <w:r w:rsidRPr="009317BB">
        <w:rPr>
          <w:sz w:val="24"/>
          <w:szCs w:val="24"/>
        </w:rPr>
        <w:t xml:space="preserve"> </w:t>
      </w:r>
      <w:hyperlink r:id="rId8" w:anchor="Text">
        <w:proofErr w:type="spellStart"/>
        <w:r w:rsidRPr="009317BB">
          <w:rPr>
            <w:sz w:val="24"/>
            <w:szCs w:val="24"/>
            <w:u w:val="single"/>
          </w:rPr>
          <w:t>Порядку</w:t>
        </w:r>
        <w:proofErr w:type="spellEnd"/>
        <w:r w:rsidRPr="009317BB">
          <w:rPr>
            <w:sz w:val="24"/>
            <w:szCs w:val="24"/>
            <w:u w:val="single"/>
          </w:rPr>
          <w:t xml:space="preserve"> </w:t>
        </w:r>
        <w:proofErr w:type="spellStart"/>
        <w:r w:rsidRPr="009317BB">
          <w:rPr>
            <w:sz w:val="24"/>
            <w:szCs w:val="24"/>
            <w:u w:val="single"/>
          </w:rPr>
          <w:t>здійснення</w:t>
        </w:r>
        <w:proofErr w:type="spellEnd"/>
        <w:r w:rsidRPr="009317BB">
          <w:rPr>
            <w:sz w:val="24"/>
            <w:szCs w:val="24"/>
            <w:u w:val="single"/>
          </w:rPr>
          <w:t xml:space="preserve"> </w:t>
        </w:r>
        <w:proofErr w:type="spellStart"/>
        <w:r w:rsidRPr="009317BB">
          <w:rPr>
            <w:sz w:val="24"/>
            <w:szCs w:val="24"/>
            <w:u w:val="single"/>
          </w:rPr>
          <w:t>фармаконагляду</w:t>
        </w:r>
        <w:proofErr w:type="spellEnd"/>
      </w:hyperlink>
      <w:r w:rsidRPr="009317BB">
        <w:rPr>
          <w:sz w:val="24"/>
          <w:szCs w:val="24"/>
        </w:rPr>
        <w:t xml:space="preserve">, </w:t>
      </w:r>
      <w:proofErr w:type="spellStart"/>
      <w:r w:rsidRPr="009317BB">
        <w:rPr>
          <w:sz w:val="24"/>
          <w:szCs w:val="24"/>
        </w:rPr>
        <w:t>затвердженого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наказом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Міністерства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охорони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здоров’я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України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від</w:t>
      </w:r>
      <w:proofErr w:type="spellEnd"/>
      <w:r w:rsidRPr="009317BB">
        <w:rPr>
          <w:sz w:val="24"/>
          <w:szCs w:val="24"/>
        </w:rPr>
        <w:t xml:space="preserve"> 27 </w:t>
      </w:r>
      <w:proofErr w:type="spellStart"/>
      <w:r w:rsidRPr="009317BB">
        <w:rPr>
          <w:sz w:val="24"/>
          <w:szCs w:val="24"/>
        </w:rPr>
        <w:t>грудня</w:t>
      </w:r>
      <w:proofErr w:type="spellEnd"/>
      <w:r w:rsidRPr="009317BB">
        <w:rPr>
          <w:sz w:val="24"/>
          <w:szCs w:val="24"/>
        </w:rPr>
        <w:t xml:space="preserve"> 2006 </w:t>
      </w:r>
      <w:proofErr w:type="spellStart"/>
      <w:r w:rsidRPr="009317BB">
        <w:rPr>
          <w:sz w:val="24"/>
          <w:szCs w:val="24"/>
        </w:rPr>
        <w:t>року</w:t>
      </w:r>
      <w:proofErr w:type="spellEnd"/>
      <w:r w:rsidRPr="009317BB">
        <w:rPr>
          <w:sz w:val="24"/>
          <w:szCs w:val="24"/>
        </w:rPr>
        <w:t xml:space="preserve"> № 898 (</w:t>
      </w:r>
      <w:proofErr w:type="spellStart"/>
      <w:r w:rsidRPr="009317BB">
        <w:rPr>
          <w:sz w:val="24"/>
          <w:szCs w:val="24"/>
        </w:rPr>
        <w:t>зі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змінами</w:t>
      </w:r>
      <w:proofErr w:type="spellEnd"/>
      <w:r w:rsidRPr="009317BB">
        <w:rPr>
          <w:sz w:val="24"/>
          <w:szCs w:val="24"/>
        </w:rPr>
        <w:t xml:space="preserve">), </w:t>
      </w:r>
      <w:proofErr w:type="spellStart"/>
      <w:r w:rsidRPr="009317BB">
        <w:rPr>
          <w:sz w:val="24"/>
          <w:szCs w:val="24"/>
        </w:rPr>
        <w:t>подає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черговий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регулярно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оновлюваний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звіт</w:t>
      </w:r>
      <w:proofErr w:type="spellEnd"/>
      <w:r w:rsidRPr="009317BB">
        <w:rPr>
          <w:sz w:val="24"/>
          <w:szCs w:val="24"/>
        </w:rPr>
        <w:t xml:space="preserve"> з </w:t>
      </w:r>
      <w:proofErr w:type="spellStart"/>
      <w:r w:rsidRPr="009317BB">
        <w:rPr>
          <w:sz w:val="24"/>
          <w:szCs w:val="24"/>
        </w:rPr>
        <w:t>безпеки</w:t>
      </w:r>
      <w:proofErr w:type="spellEnd"/>
      <w:r w:rsidRPr="009317BB">
        <w:rPr>
          <w:sz w:val="24"/>
          <w:szCs w:val="24"/>
        </w:rPr>
        <w:t xml:space="preserve"> (РОЗБ) </w:t>
      </w:r>
      <w:proofErr w:type="spellStart"/>
      <w:r w:rsidRPr="009317BB">
        <w:rPr>
          <w:sz w:val="24"/>
          <w:szCs w:val="24"/>
        </w:rPr>
        <w:t>щодо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лікарського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засобу</w:t>
      </w:r>
      <w:proofErr w:type="spellEnd"/>
      <w:r w:rsidRPr="009317BB">
        <w:rPr>
          <w:sz w:val="24"/>
          <w:szCs w:val="24"/>
        </w:rPr>
        <w:t xml:space="preserve">, </w:t>
      </w:r>
      <w:proofErr w:type="spellStart"/>
      <w:r w:rsidRPr="009317BB">
        <w:rPr>
          <w:sz w:val="24"/>
          <w:szCs w:val="24"/>
        </w:rPr>
        <w:t>відомості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про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який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наведено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нижче</w:t>
      </w:r>
      <w:proofErr w:type="spellEnd"/>
      <w:r w:rsidRPr="009317BB">
        <w:rPr>
          <w:sz w:val="24"/>
          <w:szCs w:val="24"/>
        </w:rPr>
        <w:t>.</w:t>
      </w:r>
    </w:p>
    <w:p w:rsidR="003849E1" w:rsidRPr="009317BB" w:rsidRDefault="00F871BE">
      <w:pPr>
        <w:pStyle w:val="1"/>
        <w:rPr>
          <w:sz w:val="24"/>
          <w:szCs w:val="24"/>
        </w:rPr>
      </w:pPr>
      <w:r w:rsidRPr="009317BB">
        <w:rPr>
          <w:sz w:val="24"/>
          <w:szCs w:val="24"/>
        </w:rPr>
        <w:t xml:space="preserve">1 </w:t>
      </w:r>
      <w:proofErr w:type="spellStart"/>
      <w:r w:rsidRPr="009317BB">
        <w:rPr>
          <w:sz w:val="24"/>
          <w:szCs w:val="24"/>
        </w:rPr>
        <w:t>Відомості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про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лікарський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засіб</w:t>
      </w:r>
      <w:proofErr w:type="spellEnd"/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Торгова назва: </w:t>
      </w:r>
      <w:r w:rsidRPr="009317BB">
        <w:rPr>
          <w:color w:val="595959"/>
          <w:sz w:val="24"/>
          <w:szCs w:val="24"/>
        </w:rPr>
        <w:t>[повна торгова назва]</w:t>
      </w: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МНН: </w:t>
      </w:r>
      <w:r w:rsidRPr="009317BB">
        <w:rPr>
          <w:color w:val="595959"/>
          <w:sz w:val="24"/>
          <w:szCs w:val="24"/>
        </w:rPr>
        <w:t>[МНН активної речовини або комбінації активних речовин]</w:t>
      </w: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Форма випуску: </w:t>
      </w:r>
      <w:r w:rsidRPr="009317BB">
        <w:rPr>
          <w:color w:val="595959"/>
          <w:sz w:val="24"/>
          <w:szCs w:val="24"/>
        </w:rPr>
        <w:t>[лікарська форма, дозування та упаковка]</w:t>
      </w:r>
    </w:p>
    <w:p w:rsidR="003849E1" w:rsidRPr="009317BB" w:rsidRDefault="00F871BE">
      <w:pPr>
        <w:pStyle w:val="1"/>
        <w:rPr>
          <w:sz w:val="24"/>
          <w:szCs w:val="24"/>
        </w:rPr>
      </w:pPr>
      <w:r w:rsidRPr="009317BB">
        <w:rPr>
          <w:sz w:val="24"/>
          <w:szCs w:val="24"/>
        </w:rPr>
        <w:t>2 Відомості про заявника та виробника</w:t>
      </w: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Заявник: </w:t>
      </w:r>
      <w:r w:rsidRPr="009317BB">
        <w:rPr>
          <w:color w:val="595959"/>
          <w:sz w:val="24"/>
          <w:szCs w:val="24"/>
        </w:rPr>
        <w:t>[повне найменування українською мовою]</w:t>
      </w: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Країна заявника: </w:t>
      </w:r>
      <w:r w:rsidRPr="009317BB">
        <w:rPr>
          <w:color w:val="595959"/>
          <w:sz w:val="24"/>
          <w:szCs w:val="24"/>
        </w:rPr>
        <w:t>[назва країни]</w:t>
      </w:r>
    </w:p>
    <w:p w:rsidR="003849E1" w:rsidRPr="009317BB" w:rsidRDefault="00F871BE">
      <w:pPr>
        <w:keepLines/>
        <w:rPr>
          <w:sz w:val="24"/>
          <w:szCs w:val="24"/>
        </w:rPr>
      </w:pPr>
      <w:proofErr w:type="spellStart"/>
      <w:r w:rsidRPr="009317BB">
        <w:rPr>
          <w:sz w:val="24"/>
          <w:szCs w:val="24"/>
        </w:rPr>
        <w:t>Виробник</w:t>
      </w:r>
      <w:proofErr w:type="spellEnd"/>
      <w:r w:rsidRPr="009317BB">
        <w:rPr>
          <w:sz w:val="24"/>
          <w:szCs w:val="24"/>
        </w:rPr>
        <w:t xml:space="preserve">: </w:t>
      </w:r>
      <w:r w:rsidRPr="009317BB">
        <w:rPr>
          <w:color w:val="595959"/>
          <w:sz w:val="24"/>
          <w:szCs w:val="24"/>
        </w:rPr>
        <w:t>[</w:t>
      </w:r>
      <w:proofErr w:type="spellStart"/>
      <w:r w:rsidRPr="009317BB">
        <w:rPr>
          <w:color w:val="595959"/>
          <w:sz w:val="24"/>
          <w:szCs w:val="24"/>
        </w:rPr>
        <w:t>повне</w:t>
      </w:r>
      <w:proofErr w:type="spellEnd"/>
      <w:r w:rsidRPr="009317BB">
        <w:rPr>
          <w:color w:val="595959"/>
          <w:sz w:val="24"/>
          <w:szCs w:val="24"/>
        </w:rPr>
        <w:t xml:space="preserve"> </w:t>
      </w:r>
      <w:proofErr w:type="spellStart"/>
      <w:r w:rsidRPr="009317BB">
        <w:rPr>
          <w:color w:val="595959"/>
          <w:sz w:val="24"/>
          <w:szCs w:val="24"/>
        </w:rPr>
        <w:t>найменування</w:t>
      </w:r>
      <w:proofErr w:type="spellEnd"/>
      <w:r w:rsidRPr="009317BB">
        <w:rPr>
          <w:color w:val="595959"/>
          <w:sz w:val="24"/>
          <w:szCs w:val="24"/>
        </w:rPr>
        <w:t xml:space="preserve"> </w:t>
      </w:r>
      <w:proofErr w:type="spellStart"/>
      <w:r w:rsidRPr="009317BB">
        <w:rPr>
          <w:color w:val="595959"/>
          <w:sz w:val="24"/>
          <w:szCs w:val="24"/>
        </w:rPr>
        <w:t>українською</w:t>
      </w:r>
      <w:proofErr w:type="spellEnd"/>
      <w:r w:rsidRPr="009317BB">
        <w:rPr>
          <w:color w:val="595959"/>
          <w:sz w:val="24"/>
          <w:szCs w:val="24"/>
        </w:rPr>
        <w:t xml:space="preserve"> мовою]</w:t>
      </w: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Країна виробника: </w:t>
      </w:r>
      <w:r w:rsidRPr="009317BB">
        <w:rPr>
          <w:color w:val="595959"/>
          <w:sz w:val="24"/>
          <w:szCs w:val="24"/>
        </w:rPr>
        <w:t>[назва країни]</w:t>
      </w:r>
    </w:p>
    <w:p w:rsidR="003849E1" w:rsidRPr="009317BB" w:rsidRDefault="00F871BE">
      <w:pPr>
        <w:pStyle w:val="1"/>
        <w:rPr>
          <w:sz w:val="24"/>
          <w:szCs w:val="24"/>
        </w:rPr>
      </w:pPr>
      <w:r w:rsidRPr="009317BB">
        <w:rPr>
          <w:sz w:val="24"/>
          <w:szCs w:val="24"/>
        </w:rPr>
        <w:t xml:space="preserve">3 </w:t>
      </w:r>
      <w:proofErr w:type="spellStart"/>
      <w:r w:rsidRPr="009317BB">
        <w:rPr>
          <w:sz w:val="24"/>
          <w:szCs w:val="24"/>
        </w:rPr>
        <w:t>Реєстраційні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відомості</w:t>
      </w:r>
      <w:proofErr w:type="spellEnd"/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Номер реєстраційного посвідчення: </w:t>
      </w:r>
      <w:r w:rsidRPr="009317BB">
        <w:rPr>
          <w:color w:val="595959"/>
          <w:sz w:val="24"/>
          <w:szCs w:val="24"/>
        </w:rPr>
        <w:t>[UA/_____/__/__]</w:t>
      </w: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Дата реєстрації: </w:t>
      </w:r>
      <w:r w:rsidRPr="009317BB">
        <w:rPr>
          <w:color w:val="595959"/>
          <w:sz w:val="24"/>
          <w:szCs w:val="24"/>
        </w:rPr>
        <w:t>[дд.мм.рррр]</w:t>
      </w: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Дата закінчення реєстрації: </w:t>
      </w:r>
      <w:r w:rsidRPr="009317BB">
        <w:rPr>
          <w:color w:val="595959"/>
          <w:sz w:val="24"/>
          <w:szCs w:val="24"/>
        </w:rPr>
        <w:t>[дд.мм.рррр / необмежений строк]</w:t>
      </w:r>
    </w:p>
    <w:p w:rsidR="003849E1" w:rsidRPr="009317BB" w:rsidRDefault="00F871BE">
      <w:pPr>
        <w:pStyle w:val="1"/>
        <w:rPr>
          <w:sz w:val="24"/>
          <w:szCs w:val="24"/>
        </w:rPr>
      </w:pPr>
      <w:r w:rsidRPr="009317BB">
        <w:rPr>
          <w:sz w:val="24"/>
          <w:szCs w:val="24"/>
        </w:rPr>
        <w:t>4 Відомості про РОЗБ</w:t>
      </w: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Звітний період РОЗБ: з </w:t>
      </w:r>
      <w:r w:rsidRPr="009317BB">
        <w:rPr>
          <w:color w:val="595959"/>
          <w:sz w:val="24"/>
          <w:szCs w:val="24"/>
        </w:rPr>
        <w:t>[дд.мм.рррр]</w:t>
      </w:r>
      <w:r w:rsidRPr="009317BB">
        <w:rPr>
          <w:sz w:val="24"/>
          <w:szCs w:val="24"/>
        </w:rPr>
        <w:t xml:space="preserve"> до </w:t>
      </w:r>
      <w:r w:rsidRPr="009317BB">
        <w:rPr>
          <w:color w:val="595959"/>
          <w:sz w:val="24"/>
          <w:szCs w:val="24"/>
        </w:rPr>
        <w:t>[дд.мм.рррр]</w:t>
      </w: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sz w:val="24"/>
          <w:szCs w:val="24"/>
        </w:rPr>
        <w:t xml:space="preserve">Дата подання РОЗБ: </w:t>
      </w:r>
      <w:r w:rsidRPr="009317BB">
        <w:rPr>
          <w:color w:val="595959"/>
          <w:sz w:val="24"/>
          <w:szCs w:val="24"/>
        </w:rPr>
        <w:t>[дд.мм.рррр]</w:t>
      </w:r>
    </w:p>
    <w:p w:rsidR="003849E1" w:rsidRPr="009317BB" w:rsidRDefault="00F871BE">
      <w:pPr>
        <w:keepLines/>
        <w:rPr>
          <w:sz w:val="24"/>
          <w:szCs w:val="24"/>
        </w:rPr>
      </w:pPr>
      <w:proofErr w:type="spellStart"/>
      <w:r w:rsidRPr="009317BB">
        <w:rPr>
          <w:sz w:val="24"/>
          <w:szCs w:val="24"/>
        </w:rPr>
        <w:t>Кількість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додатків</w:t>
      </w:r>
      <w:proofErr w:type="spellEnd"/>
      <w:r w:rsidR="003218CC" w:rsidRPr="009317BB">
        <w:rPr>
          <w:sz w:val="24"/>
          <w:szCs w:val="24"/>
          <w:lang w:val="uk-UA"/>
        </w:rPr>
        <w:t xml:space="preserve"> за наявності</w:t>
      </w:r>
      <w:r w:rsidRPr="009317BB">
        <w:rPr>
          <w:sz w:val="24"/>
          <w:szCs w:val="24"/>
        </w:rPr>
        <w:t xml:space="preserve">: </w:t>
      </w:r>
      <w:r w:rsidRPr="009317BB">
        <w:rPr>
          <w:color w:val="595959"/>
          <w:sz w:val="24"/>
          <w:szCs w:val="24"/>
        </w:rPr>
        <w:t>[</w:t>
      </w:r>
      <w:proofErr w:type="spellStart"/>
      <w:r w:rsidRPr="009317BB">
        <w:rPr>
          <w:color w:val="595959"/>
          <w:sz w:val="24"/>
          <w:szCs w:val="24"/>
        </w:rPr>
        <w:t>кількість</w:t>
      </w:r>
      <w:proofErr w:type="spellEnd"/>
      <w:r w:rsidRPr="009317BB">
        <w:rPr>
          <w:color w:val="595959"/>
          <w:sz w:val="24"/>
          <w:szCs w:val="24"/>
        </w:rPr>
        <w:t xml:space="preserve"> / 0]</w:t>
      </w:r>
    </w:p>
    <w:p w:rsidR="003218CC" w:rsidRPr="009317BB" w:rsidRDefault="003218CC" w:rsidP="00C35B7E">
      <w:pPr>
        <w:keepLines/>
        <w:spacing w:before="240"/>
        <w:rPr>
          <w:b/>
          <w:sz w:val="24"/>
          <w:szCs w:val="24"/>
        </w:rPr>
      </w:pPr>
      <w:r w:rsidRPr="009317BB">
        <w:rPr>
          <w:b/>
          <w:sz w:val="24"/>
          <w:szCs w:val="24"/>
          <w:lang w:val="uk-UA"/>
        </w:rPr>
        <w:t xml:space="preserve">5 Відомості про особу, </w:t>
      </w:r>
      <w:r w:rsidRPr="009317BB">
        <w:rPr>
          <w:b/>
          <w:sz w:val="24"/>
          <w:szCs w:val="24"/>
        </w:rPr>
        <w:t>що надає РОЗБ</w:t>
      </w:r>
    </w:p>
    <w:p w:rsidR="003218CC" w:rsidRPr="009317BB" w:rsidRDefault="003218CC" w:rsidP="003218CC">
      <w:pPr>
        <w:keepLines/>
        <w:rPr>
          <w:color w:val="595959"/>
          <w:sz w:val="24"/>
          <w:szCs w:val="24"/>
        </w:rPr>
      </w:pPr>
      <w:proofErr w:type="spellStart"/>
      <w:r w:rsidRPr="009317BB">
        <w:rPr>
          <w:sz w:val="24"/>
          <w:szCs w:val="24"/>
        </w:rPr>
        <w:t>Посада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відповідальної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особи</w:t>
      </w:r>
      <w:proofErr w:type="spellEnd"/>
      <w:r w:rsidR="00C35B7E" w:rsidRPr="009317BB">
        <w:rPr>
          <w:color w:val="595959"/>
          <w:sz w:val="24"/>
          <w:szCs w:val="24"/>
          <w:lang w:val="uk-UA"/>
        </w:rPr>
        <w:t xml:space="preserve"> </w:t>
      </w:r>
      <w:r w:rsidR="00C35B7E" w:rsidRPr="009317BB">
        <w:rPr>
          <w:color w:val="595959"/>
          <w:sz w:val="24"/>
          <w:szCs w:val="24"/>
        </w:rPr>
        <w:t>[УОВФ/КОВ</w:t>
      </w:r>
      <w:r w:rsidR="00C35B7E" w:rsidRPr="009317BB">
        <w:rPr>
          <w:color w:val="595959"/>
          <w:sz w:val="24"/>
          <w:szCs w:val="24"/>
          <w:lang w:val="uk-UA"/>
        </w:rPr>
        <w:t>Ф</w:t>
      </w:r>
      <w:r w:rsidRPr="009317BB">
        <w:rPr>
          <w:color w:val="595959"/>
          <w:sz w:val="24"/>
          <w:szCs w:val="24"/>
        </w:rPr>
        <w:t>]</w:t>
      </w:r>
    </w:p>
    <w:p w:rsidR="003218CC" w:rsidRPr="00982B1C" w:rsidRDefault="003218CC" w:rsidP="003218CC">
      <w:pPr>
        <w:keepLines/>
        <w:rPr>
          <w:sz w:val="24"/>
          <w:szCs w:val="24"/>
          <w:lang w:val="ru-RU"/>
        </w:rPr>
      </w:pPr>
      <w:r w:rsidRPr="00982B1C">
        <w:rPr>
          <w:sz w:val="24"/>
          <w:szCs w:val="24"/>
          <w:lang w:val="ru-RU"/>
        </w:rPr>
        <w:t xml:space="preserve">Контактна особа: </w:t>
      </w:r>
      <w:r w:rsidRPr="00982B1C">
        <w:rPr>
          <w:color w:val="595959"/>
          <w:sz w:val="24"/>
          <w:szCs w:val="24"/>
          <w:lang w:val="ru-RU"/>
        </w:rPr>
        <w:t>[власне ім’я та прізвище]</w:t>
      </w:r>
      <w:r w:rsidRPr="00982B1C">
        <w:rPr>
          <w:sz w:val="24"/>
          <w:szCs w:val="24"/>
          <w:lang w:val="ru-RU"/>
        </w:rPr>
        <w:t xml:space="preserve">; тел.: </w:t>
      </w:r>
      <w:r w:rsidRPr="00982B1C">
        <w:rPr>
          <w:color w:val="595959"/>
          <w:sz w:val="24"/>
          <w:szCs w:val="24"/>
          <w:lang w:val="ru-RU"/>
        </w:rPr>
        <w:t>[номер]</w:t>
      </w:r>
      <w:r w:rsidRPr="00982B1C">
        <w:rPr>
          <w:sz w:val="24"/>
          <w:szCs w:val="24"/>
          <w:lang w:val="ru-RU"/>
        </w:rPr>
        <w:t>;</w:t>
      </w:r>
      <w:r w:rsidR="00C35B7E" w:rsidRPr="009317BB">
        <w:rPr>
          <w:sz w:val="24"/>
          <w:szCs w:val="24"/>
          <w:lang w:val="uk-UA"/>
        </w:rPr>
        <w:t xml:space="preserve"> </w:t>
      </w:r>
      <w:r w:rsidRPr="009317BB">
        <w:rPr>
          <w:sz w:val="24"/>
          <w:szCs w:val="24"/>
        </w:rPr>
        <w:t>e</w:t>
      </w:r>
      <w:r w:rsidRPr="00982B1C">
        <w:rPr>
          <w:sz w:val="24"/>
          <w:szCs w:val="24"/>
          <w:lang w:val="ru-RU"/>
        </w:rPr>
        <w:t>-</w:t>
      </w:r>
      <w:r w:rsidRPr="009317BB">
        <w:rPr>
          <w:sz w:val="24"/>
          <w:szCs w:val="24"/>
        </w:rPr>
        <w:t>mail</w:t>
      </w:r>
      <w:r w:rsidRPr="00982B1C">
        <w:rPr>
          <w:sz w:val="24"/>
          <w:szCs w:val="24"/>
          <w:lang w:val="ru-RU"/>
        </w:rPr>
        <w:t xml:space="preserve">: </w:t>
      </w:r>
      <w:r w:rsidRPr="00982B1C">
        <w:rPr>
          <w:color w:val="595959"/>
          <w:sz w:val="24"/>
          <w:szCs w:val="24"/>
          <w:lang w:val="ru-RU"/>
        </w:rPr>
        <w:t>[адреса]</w:t>
      </w:r>
    </w:p>
    <w:p w:rsidR="003218CC" w:rsidRPr="00982B1C" w:rsidRDefault="003218CC">
      <w:pPr>
        <w:keepLines/>
        <w:rPr>
          <w:color w:val="595959"/>
          <w:sz w:val="24"/>
          <w:szCs w:val="24"/>
          <w:lang w:val="ru-RU"/>
        </w:rPr>
      </w:pPr>
    </w:p>
    <w:p w:rsidR="00C35B7E" w:rsidRPr="00982B1C" w:rsidRDefault="00C35B7E">
      <w:pPr>
        <w:keepLines/>
        <w:rPr>
          <w:color w:val="595959"/>
          <w:sz w:val="24"/>
          <w:szCs w:val="24"/>
          <w:lang w:val="ru-RU"/>
        </w:rPr>
      </w:pPr>
    </w:p>
    <w:p w:rsidR="003849E1" w:rsidRPr="009317BB" w:rsidRDefault="00F871BE">
      <w:pPr>
        <w:keepLines/>
        <w:rPr>
          <w:sz w:val="24"/>
          <w:szCs w:val="24"/>
        </w:rPr>
      </w:pPr>
      <w:r w:rsidRPr="009317BB">
        <w:rPr>
          <w:color w:val="595959"/>
          <w:sz w:val="24"/>
          <w:szCs w:val="24"/>
        </w:rPr>
        <w:t>[</w:t>
      </w:r>
      <w:proofErr w:type="spellStart"/>
      <w:r w:rsidRPr="009317BB">
        <w:rPr>
          <w:color w:val="595959"/>
          <w:sz w:val="24"/>
          <w:szCs w:val="24"/>
        </w:rPr>
        <w:t>Посада</w:t>
      </w:r>
      <w:proofErr w:type="spellEnd"/>
      <w:r w:rsidRPr="009317BB">
        <w:rPr>
          <w:color w:val="595959"/>
          <w:sz w:val="24"/>
          <w:szCs w:val="24"/>
        </w:rPr>
        <w:t xml:space="preserve"> </w:t>
      </w:r>
      <w:proofErr w:type="spellStart"/>
      <w:r w:rsidRPr="009317BB">
        <w:rPr>
          <w:color w:val="595959"/>
          <w:sz w:val="24"/>
          <w:szCs w:val="24"/>
        </w:rPr>
        <w:t>відповідальної</w:t>
      </w:r>
      <w:proofErr w:type="spellEnd"/>
      <w:r w:rsidRPr="009317BB">
        <w:rPr>
          <w:color w:val="595959"/>
          <w:sz w:val="24"/>
          <w:szCs w:val="24"/>
        </w:rPr>
        <w:t xml:space="preserve"> </w:t>
      </w:r>
      <w:proofErr w:type="spellStart"/>
      <w:r w:rsidRPr="009317BB">
        <w:rPr>
          <w:color w:val="595959"/>
          <w:sz w:val="24"/>
          <w:szCs w:val="24"/>
        </w:rPr>
        <w:t>особи</w:t>
      </w:r>
      <w:proofErr w:type="spellEnd"/>
      <w:r w:rsidRPr="009317BB">
        <w:rPr>
          <w:color w:val="595959"/>
          <w:sz w:val="24"/>
          <w:szCs w:val="24"/>
        </w:rPr>
        <w:t>]</w:t>
      </w:r>
      <w:r w:rsidRPr="009317BB">
        <w:rPr>
          <w:sz w:val="24"/>
          <w:szCs w:val="24"/>
        </w:rPr>
        <w:t xml:space="preserve">  </w:t>
      </w:r>
      <w:r w:rsidR="009317BB" w:rsidRPr="009317BB">
        <w:rPr>
          <w:sz w:val="24"/>
          <w:szCs w:val="24"/>
        </w:rPr>
        <w:tab/>
      </w:r>
      <w:r w:rsidRPr="009317BB">
        <w:rPr>
          <w:sz w:val="24"/>
          <w:szCs w:val="24"/>
        </w:rPr>
        <w:t xml:space="preserve">  </w:t>
      </w:r>
      <w:r w:rsidRPr="009317BB">
        <w:rPr>
          <w:color w:val="595959"/>
          <w:sz w:val="24"/>
          <w:szCs w:val="24"/>
        </w:rPr>
        <w:t>[</w:t>
      </w:r>
      <w:proofErr w:type="spellStart"/>
      <w:r w:rsidRPr="009317BB">
        <w:rPr>
          <w:color w:val="595959"/>
          <w:sz w:val="24"/>
          <w:szCs w:val="24"/>
        </w:rPr>
        <w:t>Підпис</w:t>
      </w:r>
      <w:proofErr w:type="spellEnd"/>
      <w:r w:rsidRPr="009317BB">
        <w:rPr>
          <w:color w:val="595959"/>
          <w:sz w:val="24"/>
          <w:szCs w:val="24"/>
        </w:rPr>
        <w:t>]</w:t>
      </w:r>
      <w:r w:rsidRPr="009317BB">
        <w:rPr>
          <w:sz w:val="24"/>
          <w:szCs w:val="24"/>
        </w:rPr>
        <w:t xml:space="preserve">  </w:t>
      </w:r>
      <w:r w:rsidR="009317BB" w:rsidRPr="009317BB">
        <w:rPr>
          <w:sz w:val="24"/>
          <w:szCs w:val="24"/>
        </w:rPr>
        <w:tab/>
      </w:r>
      <w:r w:rsidR="009317BB" w:rsidRPr="009317BB">
        <w:rPr>
          <w:sz w:val="24"/>
          <w:szCs w:val="24"/>
        </w:rPr>
        <w:tab/>
      </w:r>
      <w:r w:rsidRPr="009317BB">
        <w:rPr>
          <w:sz w:val="24"/>
          <w:szCs w:val="24"/>
        </w:rPr>
        <w:t xml:space="preserve">  </w:t>
      </w:r>
      <w:r w:rsidRPr="009317BB">
        <w:rPr>
          <w:color w:val="595959"/>
          <w:sz w:val="24"/>
          <w:szCs w:val="24"/>
        </w:rPr>
        <w:t>[Власне ім’я та прізвище]</w:t>
      </w:r>
    </w:p>
    <w:p w:rsidR="003218CC" w:rsidRPr="009317BB" w:rsidRDefault="00F871BE">
      <w:pPr>
        <w:keepLines/>
        <w:rPr>
          <w:sz w:val="24"/>
          <w:szCs w:val="24"/>
        </w:rPr>
      </w:pPr>
      <w:proofErr w:type="spellStart"/>
      <w:r w:rsidRPr="009317BB">
        <w:rPr>
          <w:sz w:val="24"/>
          <w:szCs w:val="24"/>
        </w:rPr>
        <w:t>Дата</w:t>
      </w:r>
      <w:proofErr w:type="spellEnd"/>
      <w:r w:rsidRPr="009317BB">
        <w:rPr>
          <w:sz w:val="24"/>
          <w:szCs w:val="24"/>
        </w:rPr>
        <w:t xml:space="preserve"> </w:t>
      </w:r>
      <w:proofErr w:type="spellStart"/>
      <w:r w:rsidRPr="009317BB">
        <w:rPr>
          <w:sz w:val="24"/>
          <w:szCs w:val="24"/>
        </w:rPr>
        <w:t>підписання</w:t>
      </w:r>
      <w:proofErr w:type="spellEnd"/>
      <w:r w:rsidRPr="009317BB">
        <w:rPr>
          <w:sz w:val="24"/>
          <w:szCs w:val="24"/>
        </w:rPr>
        <w:t xml:space="preserve">: </w:t>
      </w:r>
      <w:r w:rsidRPr="009317BB">
        <w:rPr>
          <w:color w:val="595959"/>
          <w:sz w:val="24"/>
          <w:szCs w:val="24"/>
        </w:rPr>
        <w:t>[</w:t>
      </w:r>
      <w:proofErr w:type="spellStart"/>
      <w:r w:rsidRPr="009317BB">
        <w:rPr>
          <w:color w:val="595959"/>
          <w:sz w:val="24"/>
          <w:szCs w:val="24"/>
        </w:rPr>
        <w:t>дд.мм.рррр</w:t>
      </w:r>
      <w:proofErr w:type="spellEnd"/>
      <w:r w:rsidRPr="009317BB">
        <w:rPr>
          <w:color w:val="595959"/>
          <w:sz w:val="24"/>
          <w:szCs w:val="24"/>
        </w:rPr>
        <w:t>]</w:t>
      </w:r>
    </w:p>
    <w:sectPr w:rsidR="003218CC" w:rsidRPr="009317BB" w:rsidSect="00034616">
      <w:headerReference w:type="default" r:id="rId9"/>
      <w:footerReference w:type="default" r:id="rId10"/>
      <w:pgSz w:w="12240" w:h="15840"/>
      <w:pgMar w:top="850" w:right="1020" w:bottom="850" w:left="1134" w:header="72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1BE" w:rsidRDefault="00F871BE">
      <w:pPr>
        <w:spacing w:after="0"/>
      </w:pPr>
      <w:r>
        <w:separator/>
      </w:r>
    </w:p>
  </w:endnote>
  <w:endnote w:type="continuationSeparator" w:id="0">
    <w:p w:rsidR="00F871BE" w:rsidRDefault="00F871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9E1" w:rsidRDefault="00F871BE">
    <w:pPr>
      <w:pStyle w:val="a7"/>
    </w:pPr>
    <w:r>
      <w:rPr>
        <w:color w:val="595959"/>
        <w:sz w:val="18"/>
      </w:rPr>
      <w:t>Поля у квадратних дужках заповнює заявник. Для кількох ЛЗ повторіть розділи 1 та 3, для кількох виробників — відповідні поля розділу 2.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1BE" w:rsidRDefault="00F871BE">
      <w:pPr>
        <w:spacing w:after="0"/>
      </w:pPr>
      <w:r>
        <w:separator/>
      </w:r>
    </w:p>
  </w:footnote>
  <w:footnote w:type="continuationSeparator" w:id="0">
    <w:p w:rsidR="00F871BE" w:rsidRDefault="00F871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7BB" w:rsidRPr="009317BB" w:rsidRDefault="009317BB" w:rsidP="009317BB">
    <w:pPr>
      <w:pStyle w:val="a5"/>
      <w:jc w:val="both"/>
      <w:rPr>
        <w:i/>
        <w:color w:val="auto"/>
        <w:sz w:val="20"/>
        <w:shd w:val="clear" w:color="auto" w:fill="FFFFFF"/>
      </w:rPr>
    </w:pPr>
    <w:r w:rsidRPr="009317BB">
      <w:rPr>
        <w:i/>
        <w:color w:val="auto"/>
        <w:sz w:val="20"/>
        <w:lang w:val="uk-UA"/>
      </w:rPr>
      <w:t xml:space="preserve">Відповідно до пп2 п. 3 глави 1 розділу </w:t>
    </w:r>
    <w:r w:rsidRPr="009317BB">
      <w:rPr>
        <w:i/>
        <w:color w:val="auto"/>
        <w:sz w:val="20"/>
      </w:rPr>
      <w:t xml:space="preserve">V </w:t>
    </w:r>
    <w:r w:rsidRPr="009317BB">
      <w:rPr>
        <w:i/>
        <w:color w:val="auto"/>
        <w:sz w:val="20"/>
        <w:lang w:val="uk-UA"/>
      </w:rPr>
      <w:t xml:space="preserve">Порядку здійснення </w:t>
    </w:r>
    <w:proofErr w:type="spellStart"/>
    <w:r w:rsidRPr="009317BB">
      <w:rPr>
        <w:i/>
        <w:color w:val="auto"/>
        <w:sz w:val="20"/>
        <w:lang w:val="uk-UA"/>
      </w:rPr>
      <w:t>фармаконагляду</w:t>
    </w:r>
    <w:proofErr w:type="spellEnd"/>
    <w:r w:rsidRPr="009317BB">
      <w:rPr>
        <w:i/>
        <w:color w:val="auto"/>
        <w:sz w:val="20"/>
        <w:lang w:val="uk-UA"/>
      </w:rPr>
      <w:t xml:space="preserve"> </w:t>
    </w:r>
    <w:r w:rsidRPr="009317BB">
      <w:rPr>
        <w:i/>
        <w:color w:val="auto"/>
        <w:sz w:val="20"/>
        <w:shd w:val="clear" w:color="auto" w:fill="FFFFFF"/>
      </w:rPr>
      <w:t xml:space="preserve">УОВФ/КОВФ в </w:t>
    </w:r>
    <w:proofErr w:type="spellStart"/>
    <w:r w:rsidRPr="009317BB">
      <w:rPr>
        <w:i/>
        <w:color w:val="auto"/>
        <w:sz w:val="20"/>
        <w:shd w:val="clear" w:color="auto" w:fill="FFFFFF"/>
      </w:rPr>
      <w:t>Україні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мають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обов’язки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(</w:t>
    </w:r>
    <w:proofErr w:type="spellStart"/>
    <w:r w:rsidRPr="009317BB">
      <w:rPr>
        <w:i/>
        <w:color w:val="auto"/>
        <w:sz w:val="20"/>
        <w:shd w:val="clear" w:color="auto" w:fill="FFFFFF"/>
      </w:rPr>
      <w:t>але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не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виключно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) </w:t>
    </w:r>
    <w:proofErr w:type="spellStart"/>
    <w:r w:rsidRPr="009317BB">
      <w:rPr>
        <w:i/>
        <w:color w:val="auto"/>
        <w:sz w:val="20"/>
        <w:shd w:val="clear" w:color="auto" w:fill="FFFFFF"/>
      </w:rPr>
      <w:t>щодо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складання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та</w:t>
    </w:r>
    <w:proofErr w:type="spellEnd"/>
    <w:r w:rsidRPr="009317BB">
      <w:rPr>
        <w:i/>
        <w:color w:val="auto"/>
        <w:sz w:val="20"/>
        <w:shd w:val="clear" w:color="auto" w:fill="FFFFFF"/>
      </w:rPr>
      <w:t>/</w:t>
    </w:r>
    <w:proofErr w:type="spellStart"/>
    <w:r w:rsidRPr="009317BB">
      <w:rPr>
        <w:i/>
        <w:color w:val="auto"/>
        <w:sz w:val="20"/>
        <w:shd w:val="clear" w:color="auto" w:fill="FFFFFF"/>
      </w:rPr>
      <w:t>або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подання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регулярно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оновлюваних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звітів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з </w:t>
    </w:r>
    <w:proofErr w:type="spellStart"/>
    <w:r w:rsidRPr="009317BB">
      <w:rPr>
        <w:i/>
        <w:color w:val="auto"/>
        <w:sz w:val="20"/>
        <w:shd w:val="clear" w:color="auto" w:fill="FFFFFF"/>
      </w:rPr>
      <w:t>безпеки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відповідно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до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періодичності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подання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регулярно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оновлюваних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звітів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з </w:t>
    </w:r>
    <w:proofErr w:type="spellStart"/>
    <w:r w:rsidRPr="009317BB">
      <w:rPr>
        <w:i/>
        <w:color w:val="auto"/>
        <w:sz w:val="20"/>
        <w:shd w:val="clear" w:color="auto" w:fill="FFFFFF"/>
      </w:rPr>
      <w:t>безпеки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лікарських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засобів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, </w:t>
    </w:r>
    <w:proofErr w:type="spellStart"/>
    <w:r w:rsidRPr="009317BB">
      <w:rPr>
        <w:i/>
        <w:color w:val="auto"/>
        <w:sz w:val="20"/>
        <w:shd w:val="clear" w:color="auto" w:fill="FFFFFF"/>
      </w:rPr>
      <w:t>вакцин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, </w:t>
    </w:r>
    <w:proofErr w:type="spellStart"/>
    <w:r w:rsidRPr="009317BB">
      <w:rPr>
        <w:i/>
        <w:color w:val="auto"/>
        <w:sz w:val="20"/>
        <w:shd w:val="clear" w:color="auto" w:fill="FFFFFF"/>
      </w:rPr>
      <w:t>туберкуліну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за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міжнародною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непатентованою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назвою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активного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фармацевтичного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інгредієнта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або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комбінацій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активних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фармацевтичних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  <w:proofErr w:type="spellStart"/>
    <w:r w:rsidRPr="009317BB">
      <w:rPr>
        <w:i/>
        <w:color w:val="auto"/>
        <w:sz w:val="20"/>
        <w:shd w:val="clear" w:color="auto" w:fill="FFFFFF"/>
      </w:rPr>
      <w:t>інгредієнтів</w:t>
    </w:r>
    <w:proofErr w:type="spellEnd"/>
    <w:r w:rsidRPr="009317BB">
      <w:rPr>
        <w:i/>
        <w:color w:val="auto"/>
        <w:sz w:val="20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18CC"/>
    <w:rsid w:val="00326F90"/>
    <w:rsid w:val="003849E1"/>
    <w:rsid w:val="00854A87"/>
    <w:rsid w:val="009317BB"/>
    <w:rsid w:val="00982B1C"/>
    <w:rsid w:val="00AA1D8D"/>
    <w:rsid w:val="00B47730"/>
    <w:rsid w:val="00C35B7E"/>
    <w:rsid w:val="00CB0664"/>
    <w:rsid w:val="00F871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F31F92C-0576-4239-94F1-4DB368EBE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b/>
      <w:bCs/>
      <w:sz w:val="23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40" w:after="140"/>
      <w:contextualSpacing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073-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BC6ADD-0EEC-420B-B310-245C4138F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Супровідний лист до подання РОЗБ</vt:lpstr>
      <vt:lpstr>Супровідний лист до подання РОЗБ</vt:lpstr>
      <vt:lpstr/>
    </vt:vector>
  </TitlesOfParts>
  <Manager/>
  <Company/>
  <LinksUpToDate>false</LinksUpToDate>
  <CharactersWithSpaces>1489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Супровідний лист до подання РОЗБ</dc:title>
  <dc:subject>Уніфікований шаблон для заповнення заявником</dc:subject>
  <dc:creator>User</dc:creator>
  <cp:keywords/>
  <dc:description>generated by python-docx</dc:description>
  <cp:lastModifiedBy>User</cp:lastModifiedBy>
  <cp:revision>2</cp:revision>
  <dcterms:created xsi:type="dcterms:W3CDTF">2026-10-05T10:07:00Z</dcterms:created>
  <dcterms:modified xsi:type="dcterms:W3CDTF">2026-10-05T10:07:00Z</dcterms:modified>
  <cp:category/>
</cp:coreProperties>
</file>